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קריאה עם שווא – משפטים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בשטף משפטים עם מילים שיש בהן שווא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התאמה נכונה בין שם עצם לתואר שלו בזכר או בנקבה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חלוקה להברות במילים עם שווא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השלמת התואר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רַכָּה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שְׂמֵחָה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בטקסט כתוב שהיא קרה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צהובה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כחולה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משפט לחלק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(הַצִּבְעוֹנִי עָף אֶל הַפֶּרַח)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(הַמְכֻפְתָּר מְחַמֵּם אוֹתִי)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(כּוֹתֵב בַּמַּחְבֶּרֶת הַחֲדָשָׁה)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המילים למשפט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הַצְּפַרְדֵּעַ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הַיְרֻקָּה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עצמית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שני משפטים עם מילת שווא אחת לפחות, והתאמה נכונה בין שם עצם לתואר, למשל: הַכֶּלֶב הַקָּטָן רָץ מַהֵר.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כמו שמיכה, גלידה, צפרדע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נכון עם תואר בנקבה, למשל: הַחֲתוּלָה קְטַנָּה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תואר בזכר מסתיים בלי ה' בסוף, בנקבה מוסיפים ה' בסוף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כל משפט פעמיים – פעם לאט ופעם בשטף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למחוא כף על כל הברה בשווא כדי לחדד את ההגייה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 אפשר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קריאה עם שווא – משפטים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קריאה של משפטים קצרים שיש בהם מילים עם שווא. נשים לב גם להתאמה בין שם העצם לתואר – זכר עם זכר, ונקבה עם נקבה.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כחולה  ·  צהובה  ·  לבנה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השלמת התואר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הַשְּׂמִיכָה ___ וּלְבָנָה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רַךְ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רַכָּה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רַכִּים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הַיַּלְדָּה ___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שָׂמֵחַ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שְׂמֵחָה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שְׂמֵחִים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הַשְּׂמִיכָה רַכָּה וּלְבָנָה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הַגְּלִידָה חַמָּה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הַשֶּׁמֶשׁ __________ וּבְהִירָה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הַסִּירָה קְטַנָּה וְ__________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יֵשׁ לִי שִׂמְלָה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משפט לחלק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הַפַּרְפַּר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כּוֹתֵב בַּמַּחְבֶּרֶת הַחֲדָשָׁה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הַמְּעִיל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הַצִּבְעוֹנִי עָף אֶל הַפֶּרַח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הַתַּלְמִיד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הַמְכֻפְתָּר מְחַמֵּם אוֹתִי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סידור המילים למשפט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הַיְרֻקָּה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הַצְּפַרְדֵּעַ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כִּתבו שני משפטים קצרים משלכם, עם מילה אחת לפחות שיש בה שווא, ושימו לב שהתואר מתאים לשם העצם (זכר עם זכר, נקבה עם נקבה)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למילה אחת עם שווא מהדף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משפט קצר עם תואר בנקבה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קריאה עם שווא – משפטים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