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קריאה עם שווא – משפטים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בשטף משפטים עם מילים שיש בהן שווא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התאמה נכונה בין שם עצם לתואר שלו בזכר או בנקבה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חלוקה להברות במילים עם שווא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השלמת התואר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רַכָּה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מְתוּקָה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שְׂמֵחָה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מֻקְדָּם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בטקסט כתוב שהיא 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במשפט היא שותה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כתוב במשפט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במשפט כתוב שהיא גדולה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צהובה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כחולה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גבינה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מנוקדים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מכוכבים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משפט לחלק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(הַצִּבְעוֹנִי עָף אֶל הַפֶּרַח)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(הַמְכֻפְתָּר מְחַמֵּם אוֹתִי)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(כּוֹתֵב בַּמַּחְבֶּרֶת הַחֲדָשָׁה)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(סוֹרֶגֶת כְּפָפוֹת חַמּוֹת)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(מְנַצְנְצִים בַּשָּׁמַיִם)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המילים למשפט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הַצְּפַרְדֵּעַ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הַיְרֻקָּה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קוֹפֶצֶת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לַשְּׁלוּלִית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עצמית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שני משפטים עם מילת שווא אחת לפחות, והתאמה נכונה בין שם עצם לתואר, למשל: הַכֶּלֶב הַקָּטָן רָץ מַהֵר.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כמו שמיכה, גלידה, צפרדע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נכון עם תואר בנקבה, למשל: הַחֲתוּלָה קְטַנָּה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תואר בזכר מסתיים בלי ה' בסוף, בנקבה מוסיפים ה' בסוף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כל משפט פעמיים – פעם לאט ופעם בשטף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למחוא כף על כל הברה בשווא כדי לחדד את ההגייה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קריאה עם שווא – משפטים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נקרא משפטים קצרים. יש בהם מילים עם שווא. נבדוק אם המילה המתארת מתאימה למילה שהיא מתארת.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שְׁוָא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ניקוד קטן של שתי נקודות, אפשר לקרוא אותו מהר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שְׁוָא נָע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שווא שנשמע מעט, כמו ב-שְׂמִיכָה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שְׁוָא נָח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שווא ששותק, בסוף הברה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הֲבָרָה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קטן של מילה, כמו פה-רח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תֹּאַר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שם עצם, כמו רכה או קטן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זָכָר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כמו: קטן, אדום, שמח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נְקֵבָה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כמו: קטנה, אדומה, שמחה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קְרִיאָה שׁוֹטֶפֶת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לקרוא בלי להיתקע, בלי לגמגם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השלמת התואר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מתאימה לשמיכה?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רַךְ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רַכָּה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רַכִּים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רַכּוֹת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מתאימה לגלידה?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מָתוֹק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מְתוּקָה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מְתוּקִים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מְתוּקוֹת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מתאימה לילדה?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שָׂמֵחַ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שְׂמֵחָה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שְׂמֵחִים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שְׂמֵחוֹת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קם התרנגול?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מֻקְדָּם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מֻקְדֶּמֶת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מֻקְדָּמִים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מֻקְדָּמוֹת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הַשְּׂמִיכָה רַכָּה וּלְבָנָה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הַגְּלִידָה חַמָּה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הַצְּפַרְדֵּעַ בַּמשפט היא יְרֻקָּה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הַזֶּבְּרָה שׁוֹתָה חָלָב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הַדְּבוֹרָה מְחַפֶּשֶׂת פְּרָחִים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הַבְּרֵכָה בַּמשפט קְטַנָּה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הַשֶּׁמֶשׁ __________ וּבְהִירָה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הַסִּירָה קְטַנָּה וְ__________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יֵשׁ לִי שִׂמְלָה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הָעַכְבָּר הַקָּטָן מְחַפֵּשׂ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הַלֵּיצָן הַמַּצְחִיק לוֹבֵשׁ גַּרְבַּיִם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בַּלַּיְלָה הַשָּׁמַיִם שְׁחֹרִים וְ__________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משפט לחלק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הַפַּרְפַּר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הַמְכֻפְתָּר מְחַמֵּם אוֹתִי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הַמְּעִיל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סוֹרֶגֶת כְּפָפוֹת חַמּוֹת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הַתַּלְמִיד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הַצִּבְעוֹנִי עָף אֶל הַפֶּרַח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סַבְתָּא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מְנַצְנְצִים בַּשָּׁמַיִם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הַכּוֹכָבִים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כּוֹתֵב בַּמַּחְבֶּרֶת הַחֲדָשָׁה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המילים למשפט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הַיְרֻקָּה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קוֹפֶצֶת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לַשְּׁלוּלִית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הַצְּפַרְדֵּעַ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כִּתבו שני משפטים קצרים משלכם, עם מילה אחת לפחות שיש בה שווא, ושימו לב שהתואר מתאים לשם העצם (זכר עם זכר, נקבה עם נקבה)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אחת עם שווא מהדף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קצר עם תואר בנקבה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תואר בזכר לתואר בנקבה?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קריאה עם שווא – משפטים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